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sz w:val="18"/>
        </w:rPr>
        <w:t>M2ISDA 2027 — 2e Conférence internationale de modélisation mathématique et d’innovations en sciences des données avancées</w:t>
      </w:r>
    </w:p>
    <w:p>
      <w:pPr>
        <w:jc w:val="center"/>
      </w:pPr>
      <w:r>
        <w:rPr>
          <w:b w:val="0"/>
          <w:i/>
          <w:sz w:val="16"/>
        </w:rPr>
        <w:t>19 – 21 janvier 2027 · Université de Djibouti · Envoi : lamo@univ.edu.dj avant le 5 janvier 2027 · Une page maximum, références comprises</w:t>
      </w:r>
    </w:p>
    <w:p>
      <w:pPr>
        <w:jc w:val="center"/>
      </w:pPr>
      <w:r>
        <w:rPr>
          <w:b/>
          <w:i w:val="0"/>
          <w:sz w:val="32"/>
        </w:rPr>
        <w:t>Titre de la communication</w:t>
      </w:r>
    </w:p>
    <w:p>
      <w:pPr>
        <w:jc w:val="center"/>
      </w:pPr>
      <w:r>
        <w:rPr>
          <w:b w:val="0"/>
          <w:i w:val="0"/>
        </w:rPr>
      </w:r>
      <w:r>
        <w:rPr>
          <w:u w:val="single"/>
        </w:rPr>
        <w:t>Prénom Nom</w:t>
      </w:r>
      <w:r>
        <w:rPr>
          <w:vertAlign w:val="superscript"/>
        </w:rPr>
        <w:t>1</w:t>
      </w:r>
      <w:r>
        <w:t>, Prénom Nom</w:t>
      </w:r>
      <w:r>
        <w:rPr>
          <w:vertAlign w:val="superscript"/>
        </w:rPr>
        <w:t>2</w:t>
      </w:r>
    </w:p>
    <w:p>
      <w:pPr>
        <w:jc w:val="center"/>
      </w:pPr>
      <w:r>
        <w:rPr>
          <w:b w:val="0"/>
          <w:i w:val="0"/>
          <w:sz w:val="18"/>
        </w:rPr>
        <w:t>1 Laboratoire, Université, Ville, Pays — 2 Laboratoire, Université, Ville, Pays</w:t>
      </w:r>
    </w:p>
    <w:p>
      <w:pPr>
        <w:jc w:val="center"/>
      </w:pPr>
      <w:r>
        <w:rPr>
          <w:b w:val="0"/>
          <w:i w:val="0"/>
          <w:sz w:val="18"/>
        </w:rPr>
        <w:t>auteur.correspondant@exemple.org</w:t>
      </w:r>
    </w:p>
    <w:p>
      <w:r>
        <w:rPr>
          <w:b w:val="0"/>
          <w:i w:val="0"/>
        </w:rPr>
      </w:r>
      <w:r>
        <w:rPr>
          <w:b/>
        </w:rPr>
        <w:t xml:space="preserve">Résumé. </w:t>
      </w:r>
      <w:r>
        <w:t>Exposez en un paragraphe le problème traité, le modèle ou la méthode proposée, les données utilisées et les principaux résultats obtenus.</w:t>
      </w:r>
    </w:p>
    <w:p>
      <w:r>
        <w:rPr>
          <w:b w:val="0"/>
          <w:i w:val="0"/>
        </w:rPr>
      </w:r>
      <w:r>
        <w:rPr>
          <w:b/>
        </w:rPr>
        <w:t xml:space="preserve">Mots-clés : </w:t>
      </w:r>
      <w:r>
        <w:t>mot-clé 1, mot-clé 2, mot-clé 3, mot-clé 4.</w:t>
      </w:r>
    </w:p>
    <w:p>
      <w:r>
        <w:rPr>
          <w:b w:val="0"/>
          <w:i w:val="0"/>
        </w:rPr>
      </w:r>
      <w:r>
        <w:rPr>
          <w:b/>
        </w:rPr>
        <w:t xml:space="preserve">Axe thématique : </w:t>
      </w:r>
      <w:r>
        <w:t>indiquer l’un des huit axes de la conférence.</w:t>
      </w:r>
    </w:p>
    <w:p>
      <w:r>
        <w:rPr>
          <w:b w:val="0"/>
          <w:i w:val="0"/>
        </w:rPr>
      </w:r>
      <w:r>
        <w:rPr>
          <w:b/>
        </w:rPr>
        <w:t xml:space="preserve">Type de communication souhaité : </w:t>
      </w:r>
      <w:r>
        <w:t>orale ☐   poster ☐</w:t>
      </w:r>
    </w:p>
    <w:p>
      <w:r>
        <w:rPr>
          <w:b/>
          <w:i w:val="0"/>
        </w:rPr>
        <w:t>Références</w:t>
      </w:r>
    </w:p>
    <w:p>
      <w:r>
        <w:rPr>
          <w:b w:val="0"/>
          <w:i w:val="0"/>
          <w:sz w:val="18"/>
        </w:rPr>
        <w:t>[1] Nom, P., Nom, P. (2026). Titre de l’article. Nom de la revue, 12(3), 145–167.</w:t>
      </w:r>
    </w:p>
    <w:p>
      <w:r>
        <w:rPr>
          <w:b w:val="0"/>
          <w:i w:val="0"/>
          <w:sz w:val="18"/>
        </w:rPr>
        <w:t>[2] Nom, P. (2024). Titre de l’ouvrage. Éditeur, Ville.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